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247"/>
      </w:tblGrid>
      <w:tr w:rsidR="009839EF" w14:paraId="473B44A4" w14:textId="77777777">
        <w:trPr>
          <w:jc w:val="right"/>
        </w:trPr>
        <w:tc>
          <w:tcPr>
            <w:tcW w:w="1247" w:type="dxa"/>
          </w:tcPr>
          <w:p w14:paraId="0B012D80" w14:textId="77777777" w:rsidR="009839EF" w:rsidRDefault="00000000">
            <w:pPr>
              <w:spacing w:after="0" w:line="240" w:lineRule="auto"/>
              <w:jc w:val="center"/>
            </w:pPr>
            <w:r>
              <w:rPr>
                <w:sz w:val="22"/>
              </w:rPr>
              <w:t>KL21a</w:t>
            </w:r>
          </w:p>
        </w:tc>
      </w:tr>
    </w:tbl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54"/>
        <w:gridCol w:w="4717"/>
      </w:tblGrid>
      <w:tr w:rsidR="009839EF" w14:paraId="10270859" w14:textId="77777777">
        <w:tc>
          <w:tcPr>
            <w:tcW w:w="4354" w:type="dxa"/>
          </w:tcPr>
          <w:p w14:paraId="47C529CF" w14:textId="77777777" w:rsidR="009839EF" w:rsidRDefault="00000000">
            <w:pPr>
              <w:spacing w:after="0" w:line="240" w:lineRule="auto"/>
              <w:jc w:val="center"/>
            </w:pPr>
            <w:r>
              <w:rPr>
                <w:sz w:val="22"/>
              </w:rPr>
              <w:t>BỘ CÔNG THƯƠNG</w:t>
            </w:r>
          </w:p>
          <w:p w14:paraId="71E1C90E" w14:textId="77777777" w:rsidR="009839EF" w:rsidRDefault="00000000">
            <w:pPr>
              <w:spacing w:after="0" w:line="240" w:lineRule="auto"/>
              <w:jc w:val="center"/>
            </w:pPr>
            <w:r>
              <w:rPr>
                <w:sz w:val="22"/>
              </w:rPr>
              <w:t>TRƯỜNG ĐẠI HỌC CÔNG NGHIỆP TP.HCM</w:t>
            </w:r>
          </w:p>
          <w:p w14:paraId="7DEB1CA3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KHOA CÔNG NGHỆ ĐỘNG LỰC</w:t>
            </w:r>
          </w:p>
        </w:tc>
        <w:tc>
          <w:tcPr>
            <w:tcW w:w="4717" w:type="dxa"/>
          </w:tcPr>
          <w:p w14:paraId="3FB6917A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CỘNG HÒA XÃ HỘI CHỦ NGHĨA VIỆT NAM</w:t>
            </w:r>
          </w:p>
          <w:p w14:paraId="59F7BD53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  <w:sz w:val="22"/>
              </w:rPr>
              <w:t>Độc lập – Tự do – Hạnh phúc</w:t>
            </w:r>
          </w:p>
        </w:tc>
      </w:tr>
    </w:tbl>
    <w:p w14:paraId="44780716" w14:textId="77777777" w:rsidR="009839EF" w:rsidRDefault="009839EF">
      <w:pPr>
        <w:spacing w:after="40"/>
      </w:pPr>
    </w:p>
    <w:p w14:paraId="4BB4BF24" w14:textId="77777777" w:rsidR="009839EF" w:rsidRDefault="00000000">
      <w:pPr>
        <w:spacing w:after="0"/>
        <w:jc w:val="center"/>
      </w:pPr>
      <w:r>
        <w:rPr>
          <w:b/>
          <w:sz w:val="28"/>
        </w:rPr>
        <w:t>ĐƠN ĐỀ NGHỊ THAY ĐỔI ĐỀ TÀI / GIẢNG VIÊN HƯỚNG DẪN</w:t>
      </w:r>
    </w:p>
    <w:p w14:paraId="7015B459" w14:textId="77777777" w:rsidR="009839EF" w:rsidRDefault="00000000">
      <w:pPr>
        <w:spacing w:after="120"/>
        <w:jc w:val="center"/>
      </w:pPr>
      <w:r>
        <w:rPr>
          <w:b/>
          <w:sz w:val="28"/>
        </w:rPr>
        <w:t>KHÓA LUẬN TỐT NGHIỆP</w:t>
      </w:r>
    </w:p>
    <w:p w14:paraId="0BB4A63B" w14:textId="77777777" w:rsidR="009839EF" w:rsidRDefault="00000000">
      <w:pPr>
        <w:spacing w:after="120"/>
        <w:jc w:val="center"/>
      </w:pPr>
      <w:r>
        <w:t>Kính gửi: Lãnh đạo Khoa Công nghệ Động lực; Trưởng Bộ môn ……………………</w:t>
      </w:r>
    </w:p>
    <w:p w14:paraId="2C59EE7D" w14:textId="77777777" w:rsidR="009839EF" w:rsidRDefault="00000000">
      <w:pPr>
        <w:spacing w:after="40"/>
      </w:pPr>
      <w:r>
        <w:rPr>
          <w:b/>
        </w:rPr>
        <w:t>1. Sinh viên / nhóm sinh viên đề nghị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1701"/>
        <w:gridCol w:w="3118"/>
        <w:gridCol w:w="1474"/>
        <w:gridCol w:w="2098"/>
      </w:tblGrid>
      <w:tr w:rsidR="009839EF" w14:paraId="553BB37B" w14:textId="77777777">
        <w:tc>
          <w:tcPr>
            <w:tcW w:w="680" w:type="dxa"/>
            <w:shd w:val="clear" w:color="auto" w:fill="E7E6E6"/>
          </w:tcPr>
          <w:p w14:paraId="111F0F13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STT</w:t>
            </w:r>
          </w:p>
        </w:tc>
        <w:tc>
          <w:tcPr>
            <w:tcW w:w="1701" w:type="dxa"/>
            <w:shd w:val="clear" w:color="auto" w:fill="E7E6E6"/>
          </w:tcPr>
          <w:p w14:paraId="6F920153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Mã số sinh viên</w:t>
            </w:r>
          </w:p>
        </w:tc>
        <w:tc>
          <w:tcPr>
            <w:tcW w:w="3118" w:type="dxa"/>
            <w:shd w:val="clear" w:color="auto" w:fill="E7E6E6"/>
          </w:tcPr>
          <w:p w14:paraId="4F49BA8C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Họ và tên</w:t>
            </w:r>
          </w:p>
        </w:tc>
        <w:tc>
          <w:tcPr>
            <w:tcW w:w="1474" w:type="dxa"/>
            <w:shd w:val="clear" w:color="auto" w:fill="E7E6E6"/>
          </w:tcPr>
          <w:p w14:paraId="5A866E31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Lớp</w:t>
            </w:r>
          </w:p>
        </w:tc>
        <w:tc>
          <w:tcPr>
            <w:tcW w:w="2098" w:type="dxa"/>
            <w:shd w:val="clear" w:color="auto" w:fill="E7E6E6"/>
          </w:tcPr>
          <w:p w14:paraId="723E25C4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  <w:sz w:val="24"/>
              </w:rPr>
              <w:t>Điện thoại</w:t>
            </w:r>
          </w:p>
        </w:tc>
      </w:tr>
      <w:tr w:rsidR="009839EF" w14:paraId="712369AF" w14:textId="77777777">
        <w:tc>
          <w:tcPr>
            <w:tcW w:w="680" w:type="dxa"/>
          </w:tcPr>
          <w:p w14:paraId="6E616972" w14:textId="77777777" w:rsidR="009839EF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14:paraId="2A172C9B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56170941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4CCADF60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1DE83AC5" w14:textId="77777777" w:rsidR="009839EF" w:rsidRDefault="009839EF">
            <w:pPr>
              <w:spacing w:after="0" w:line="240" w:lineRule="auto"/>
              <w:jc w:val="center"/>
            </w:pPr>
          </w:p>
        </w:tc>
      </w:tr>
      <w:tr w:rsidR="009839EF" w14:paraId="54097310" w14:textId="77777777">
        <w:tc>
          <w:tcPr>
            <w:tcW w:w="680" w:type="dxa"/>
          </w:tcPr>
          <w:p w14:paraId="769A61C5" w14:textId="77777777" w:rsidR="009839EF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14:paraId="1BA5C4DF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417E4DB1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25775F5C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6F922103" w14:textId="77777777" w:rsidR="009839EF" w:rsidRDefault="009839EF">
            <w:pPr>
              <w:spacing w:after="0" w:line="240" w:lineRule="auto"/>
              <w:jc w:val="center"/>
            </w:pPr>
          </w:p>
        </w:tc>
      </w:tr>
      <w:tr w:rsidR="009839EF" w14:paraId="5F391F2C" w14:textId="77777777">
        <w:tc>
          <w:tcPr>
            <w:tcW w:w="680" w:type="dxa"/>
          </w:tcPr>
          <w:p w14:paraId="09901A23" w14:textId="77777777" w:rsidR="009839EF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14:paraId="784764B6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65EF9C91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345649A8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6D5489D8" w14:textId="77777777" w:rsidR="009839EF" w:rsidRDefault="009839EF">
            <w:pPr>
              <w:spacing w:after="0" w:line="240" w:lineRule="auto"/>
              <w:jc w:val="center"/>
            </w:pPr>
          </w:p>
        </w:tc>
      </w:tr>
      <w:tr w:rsidR="009839EF" w14:paraId="6D487DAE" w14:textId="77777777">
        <w:tc>
          <w:tcPr>
            <w:tcW w:w="680" w:type="dxa"/>
          </w:tcPr>
          <w:p w14:paraId="2D6DD6FE" w14:textId="77777777" w:rsidR="009839EF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1701" w:type="dxa"/>
          </w:tcPr>
          <w:p w14:paraId="69DD9959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7550EBAE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3C6E782F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75057438" w14:textId="77777777" w:rsidR="009839EF" w:rsidRDefault="009839EF">
            <w:pPr>
              <w:spacing w:after="0" w:line="240" w:lineRule="auto"/>
              <w:jc w:val="center"/>
            </w:pPr>
          </w:p>
        </w:tc>
      </w:tr>
      <w:tr w:rsidR="009839EF" w14:paraId="2842A4B4" w14:textId="77777777">
        <w:tc>
          <w:tcPr>
            <w:tcW w:w="680" w:type="dxa"/>
          </w:tcPr>
          <w:p w14:paraId="110A6770" w14:textId="77777777" w:rsidR="009839EF" w:rsidRDefault="00000000">
            <w:pPr>
              <w:spacing w:after="0" w:line="240" w:lineRule="auto"/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</w:tcPr>
          <w:p w14:paraId="572EE477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3118" w:type="dxa"/>
          </w:tcPr>
          <w:p w14:paraId="3CFF8C96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1474" w:type="dxa"/>
          </w:tcPr>
          <w:p w14:paraId="32C12ACA" w14:textId="77777777" w:rsidR="009839EF" w:rsidRDefault="009839EF">
            <w:pPr>
              <w:spacing w:after="0" w:line="240" w:lineRule="auto"/>
              <w:jc w:val="center"/>
            </w:pPr>
          </w:p>
        </w:tc>
        <w:tc>
          <w:tcPr>
            <w:tcW w:w="2098" w:type="dxa"/>
          </w:tcPr>
          <w:p w14:paraId="3793481F" w14:textId="77777777" w:rsidR="009839EF" w:rsidRDefault="009839EF">
            <w:pPr>
              <w:spacing w:after="0" w:line="240" w:lineRule="auto"/>
              <w:jc w:val="center"/>
            </w:pPr>
          </w:p>
        </w:tc>
      </w:tr>
    </w:tbl>
    <w:p w14:paraId="1FB56642" w14:textId="77777777" w:rsidR="009839EF" w:rsidRDefault="00000000">
      <w:pPr>
        <w:spacing w:before="120" w:after="40"/>
      </w:pPr>
      <w:r>
        <w:rPr>
          <w:b/>
        </w:rPr>
        <w:t>2. Thông tin hiện tại</w:t>
      </w:r>
    </w:p>
    <w:p w14:paraId="0D20B5CA" w14:textId="77777777" w:rsidR="009839EF" w:rsidRDefault="00000000">
      <w:pPr>
        <w:tabs>
          <w:tab w:val="right" w:leader="dot" w:pos="9071"/>
        </w:tabs>
        <w:spacing w:after="40"/>
      </w:pPr>
      <w:r>
        <w:t xml:space="preserve">Mã đề tài: </w:t>
      </w:r>
      <w:r>
        <w:tab/>
      </w:r>
    </w:p>
    <w:p w14:paraId="3AEAC89F" w14:textId="77777777" w:rsidR="009839EF" w:rsidRDefault="00000000">
      <w:pPr>
        <w:tabs>
          <w:tab w:val="right" w:leader="dot" w:pos="9071"/>
        </w:tabs>
        <w:spacing w:after="40"/>
      </w:pPr>
      <w:r>
        <w:t xml:space="preserve">Tên đề tài: </w:t>
      </w:r>
      <w:r>
        <w:tab/>
      </w:r>
    </w:p>
    <w:p w14:paraId="5C1F451D" w14:textId="77777777" w:rsidR="009839EF" w:rsidRDefault="00000000">
      <w:pPr>
        <w:tabs>
          <w:tab w:val="right" w:leader="dot" w:pos="9071"/>
        </w:tabs>
        <w:spacing w:after="40"/>
      </w:pPr>
      <w:r>
        <w:tab/>
      </w:r>
    </w:p>
    <w:p w14:paraId="36AB6312" w14:textId="77777777" w:rsidR="009839EF" w:rsidRDefault="00000000">
      <w:pPr>
        <w:tabs>
          <w:tab w:val="right" w:leader="dot" w:pos="9071"/>
        </w:tabs>
        <w:spacing w:after="40"/>
      </w:pPr>
      <w:r>
        <w:t xml:space="preserve">Giảng viên hướng dẫn: </w:t>
      </w:r>
      <w:r>
        <w:tab/>
      </w:r>
    </w:p>
    <w:p w14:paraId="680474D7" w14:textId="77777777" w:rsidR="009839EF" w:rsidRDefault="00000000">
      <w:pPr>
        <w:tabs>
          <w:tab w:val="right" w:leader="dot" w:pos="9071"/>
        </w:tabs>
        <w:spacing w:after="40"/>
      </w:pPr>
      <w:r>
        <w:t xml:space="preserve">Ngày được giao đề tài (theo thông báo của Khoa): </w:t>
      </w:r>
      <w:r>
        <w:tab/>
      </w:r>
    </w:p>
    <w:p w14:paraId="0E034B01" w14:textId="77777777" w:rsidR="009839EF" w:rsidRDefault="00000000">
      <w:pPr>
        <w:spacing w:before="80" w:after="40"/>
      </w:pPr>
      <w:r>
        <w:rPr>
          <w:b/>
        </w:rPr>
        <w:t>3. Nội dung đề nghị thay đổi</w:t>
      </w:r>
      <w:r>
        <w:t xml:space="preserve"> (đánh dấu ☒ vào ô phù hợp)</w:t>
      </w:r>
    </w:p>
    <w:p w14:paraId="2F61123F" w14:textId="77777777" w:rsidR="009839EF" w:rsidRDefault="00000000">
      <w:pPr>
        <w:spacing w:after="40"/>
      </w:pPr>
      <w:r>
        <w:t>☐ Tên đề tài     ☐ Nội dung, mục tiêu đề tài     ☐ Giảng viên hướng dẫn     ☐ Thành viên nhóm</w:t>
      </w:r>
    </w:p>
    <w:p w14:paraId="3A05CD29" w14:textId="77777777" w:rsidR="009839EF" w:rsidRDefault="00000000">
      <w:pPr>
        <w:tabs>
          <w:tab w:val="right" w:leader="dot" w:pos="9071"/>
        </w:tabs>
        <w:spacing w:after="40"/>
      </w:pPr>
      <w:r>
        <w:t xml:space="preserve">Nội dung đề nghị (tên đề tài mới / GVHD mới / thành viên thay đổi): </w:t>
      </w:r>
      <w:r>
        <w:tab/>
      </w:r>
    </w:p>
    <w:p w14:paraId="0B9C624F" w14:textId="77777777" w:rsidR="009839EF" w:rsidRDefault="00000000">
      <w:pPr>
        <w:tabs>
          <w:tab w:val="right" w:leader="dot" w:pos="9071"/>
        </w:tabs>
        <w:spacing w:after="40"/>
      </w:pPr>
      <w:r>
        <w:tab/>
      </w:r>
    </w:p>
    <w:p w14:paraId="09741DF6" w14:textId="77777777" w:rsidR="009839EF" w:rsidRDefault="00000000">
      <w:pPr>
        <w:tabs>
          <w:tab w:val="right" w:leader="dot" w:pos="9071"/>
        </w:tabs>
        <w:spacing w:after="40"/>
      </w:pPr>
      <w:r>
        <w:tab/>
      </w:r>
    </w:p>
    <w:p w14:paraId="46AE0EC1" w14:textId="77777777" w:rsidR="009839EF" w:rsidRDefault="00000000">
      <w:pPr>
        <w:spacing w:before="80" w:after="40"/>
      </w:pPr>
      <w:r>
        <w:rPr>
          <w:b/>
        </w:rPr>
        <w:t>4. Lý do đề nghị</w:t>
      </w:r>
    </w:p>
    <w:p w14:paraId="1E78D848" w14:textId="77777777" w:rsidR="009839EF" w:rsidRDefault="00000000">
      <w:pPr>
        <w:tabs>
          <w:tab w:val="right" w:leader="dot" w:pos="9071"/>
        </w:tabs>
        <w:spacing w:after="40"/>
      </w:pPr>
      <w:r>
        <w:tab/>
      </w:r>
    </w:p>
    <w:p w14:paraId="1D0E17A7" w14:textId="77777777" w:rsidR="009839EF" w:rsidRDefault="00000000">
      <w:pPr>
        <w:tabs>
          <w:tab w:val="right" w:leader="dot" w:pos="9071"/>
        </w:tabs>
        <w:spacing w:after="40"/>
      </w:pPr>
      <w:r>
        <w:tab/>
      </w:r>
    </w:p>
    <w:p w14:paraId="40AE1ECF" w14:textId="77777777" w:rsidR="009839EF" w:rsidRDefault="00000000">
      <w:pPr>
        <w:tabs>
          <w:tab w:val="right" w:leader="dot" w:pos="9071"/>
        </w:tabs>
        <w:spacing w:after="40"/>
      </w:pPr>
      <w:r>
        <w:tab/>
      </w:r>
    </w:p>
    <w:p w14:paraId="72E0CD6D" w14:textId="77777777" w:rsidR="009839EF" w:rsidRDefault="00000000">
      <w:pPr>
        <w:spacing w:before="80"/>
        <w:jc w:val="both"/>
      </w:pPr>
      <w:r>
        <w:rPr>
          <w:i/>
        </w:rPr>
        <w:t>Căn cứ Điều 10.2 và Điều 19 Quyết định số 3920/QĐ-ĐHCN ngày 09/12/2025: việc thay đổi đề tài chỉ được xem xét trong thời hạn 02 tuần làm việc kể từ ngày sinh viên được giao đề tài; mọi thay đổi phải được GVHD và Lãnh đạo Khoa chấp thuận. Sinh viên cam kết thông tin trên là đúng sự thật.</w:t>
      </w:r>
    </w:p>
    <w:p w14:paraId="3535D3D2" w14:textId="77777777" w:rsidR="009839EF" w:rsidRDefault="00000000">
      <w:pPr>
        <w:spacing w:before="80"/>
        <w:jc w:val="right"/>
      </w:pPr>
      <w:r>
        <w:rPr>
          <w:i/>
        </w:rPr>
        <w:t>TP. Hồ Chí Minh, ngày …… tháng …… năm ……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9839EF" w14:paraId="7331D694" w14:textId="77777777">
        <w:tc>
          <w:tcPr>
            <w:tcW w:w="4535" w:type="dxa"/>
          </w:tcPr>
          <w:p w14:paraId="6D0BF7A1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Ý KIẾN GVHD HIỆN TẠI</w:t>
            </w:r>
          </w:p>
          <w:p w14:paraId="7F27BB3E" w14:textId="77777777" w:rsidR="009839EF" w:rsidRDefault="00000000">
            <w:pPr>
              <w:jc w:val="center"/>
            </w:pPr>
            <w:r>
              <w:rPr>
                <w:i/>
                <w:sz w:val="24"/>
              </w:rPr>
              <w:t>(Ký và ghi rõ họ tên)</w:t>
            </w:r>
          </w:p>
          <w:p w14:paraId="1CF5D9EA" w14:textId="77777777" w:rsidR="009839EF" w:rsidRDefault="009839EF"/>
        </w:tc>
        <w:tc>
          <w:tcPr>
            <w:tcW w:w="4535" w:type="dxa"/>
          </w:tcPr>
          <w:p w14:paraId="1EB5A4E0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lastRenderedPageBreak/>
              <w:t>SINH VIÊN ĐẠI DIỆN</w:t>
            </w:r>
          </w:p>
          <w:p w14:paraId="3982E810" w14:textId="77777777" w:rsidR="009839EF" w:rsidRDefault="00000000">
            <w:pPr>
              <w:jc w:val="center"/>
            </w:pPr>
            <w:r>
              <w:rPr>
                <w:i/>
                <w:sz w:val="24"/>
              </w:rPr>
              <w:t>(Ký và ghi rõ họ tên)</w:t>
            </w:r>
          </w:p>
          <w:p w14:paraId="6E0D7A9D" w14:textId="77777777" w:rsidR="009839EF" w:rsidRDefault="009839EF"/>
          <w:p w14:paraId="1625B9D8" w14:textId="77777777" w:rsidR="009839EF" w:rsidRDefault="009839EF"/>
          <w:p w14:paraId="40576105" w14:textId="77777777" w:rsidR="009839EF" w:rsidRDefault="009839EF"/>
        </w:tc>
      </w:tr>
    </w:tbl>
    <w:p w14:paraId="5A01DCD5" w14:textId="77777777" w:rsidR="009839EF" w:rsidRDefault="009839EF">
      <w:pPr>
        <w:spacing w:after="40"/>
      </w:pPr>
    </w:p>
    <w:p w14:paraId="1481B4F8" w14:textId="77777777" w:rsidR="009839EF" w:rsidRDefault="00000000">
      <w:pPr>
        <w:spacing w:after="40"/>
      </w:pPr>
      <w:r>
        <w:rPr>
          <w:b/>
        </w:rPr>
        <w:t>Ý kiến của GVHD mới</w:t>
      </w:r>
      <w:r>
        <w:t xml:space="preserve"> (nếu đề nghị đổi GVHD): ☐ Đồng ý nhận hướng dẫn   ☐ Không đồng ý</w:t>
      </w:r>
    </w:p>
    <w:p w14:paraId="4F083C8C" w14:textId="77777777" w:rsidR="009839EF" w:rsidRDefault="00000000">
      <w:pPr>
        <w:tabs>
          <w:tab w:val="right" w:leader="dot" w:pos="9071"/>
        </w:tabs>
        <w:spacing w:after="40"/>
      </w:pPr>
      <w:r>
        <w:rPr>
          <w:b/>
        </w:rPr>
        <w:t>Ý kiến của Trưởng Bộ môn:</w:t>
      </w:r>
      <w:r>
        <w:t xml:space="preserve"> </w:t>
      </w:r>
      <w:r>
        <w:tab/>
      </w:r>
    </w:p>
    <w:p w14:paraId="0A07B861" w14:textId="77777777" w:rsidR="009839EF" w:rsidRDefault="00000000">
      <w:pPr>
        <w:spacing w:after="40"/>
      </w:pPr>
      <w:r>
        <w:rPr>
          <w:b/>
        </w:rPr>
        <w:t>Quyết định của Lãnh đạo Khoa:</w:t>
      </w:r>
      <w:r>
        <w:t xml:space="preserve"> ☐ Chấp thuận   ☐ Không chấp thuận. </w:t>
      </w:r>
    </w:p>
    <w:p w14:paraId="65391BD5" w14:textId="77777777" w:rsidR="009839EF" w:rsidRDefault="00000000">
      <w:pPr>
        <w:tabs>
          <w:tab w:val="right" w:leader="dot" w:pos="9071"/>
        </w:tabs>
        <w:spacing w:after="40"/>
      </w:pPr>
      <w:r>
        <w:t xml:space="preserve">Lý do (nếu không chấp thuận): </w:t>
      </w:r>
      <w: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61"/>
      </w:tblGrid>
      <w:tr w:rsidR="009839EF" w14:paraId="0710C657" w14:textId="77777777">
        <w:tc>
          <w:tcPr>
            <w:tcW w:w="3005" w:type="dxa"/>
          </w:tcPr>
          <w:p w14:paraId="5AED95DD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GVHD MỚI (nếu có)</w:t>
            </w:r>
          </w:p>
          <w:p w14:paraId="679B372B" w14:textId="77777777" w:rsidR="009839EF" w:rsidRDefault="00000000">
            <w:pPr>
              <w:jc w:val="center"/>
            </w:pPr>
            <w:r>
              <w:rPr>
                <w:i/>
                <w:sz w:val="24"/>
              </w:rPr>
              <w:t>(Ký và ghi rõ họ tên)</w:t>
            </w:r>
          </w:p>
          <w:p w14:paraId="48A05E70" w14:textId="77777777" w:rsidR="009839EF" w:rsidRDefault="009839EF"/>
          <w:p w14:paraId="4B53C528" w14:textId="77777777" w:rsidR="009839EF" w:rsidRDefault="009839EF"/>
          <w:p w14:paraId="67BF5A88" w14:textId="77777777" w:rsidR="009839EF" w:rsidRDefault="009839EF"/>
        </w:tc>
        <w:tc>
          <w:tcPr>
            <w:tcW w:w="3005" w:type="dxa"/>
          </w:tcPr>
          <w:p w14:paraId="33010CCB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TRƯỞNG BỘ MÔN</w:t>
            </w:r>
          </w:p>
          <w:p w14:paraId="4A54851D" w14:textId="77777777" w:rsidR="009839EF" w:rsidRDefault="00000000">
            <w:pPr>
              <w:jc w:val="center"/>
            </w:pPr>
            <w:r>
              <w:rPr>
                <w:i/>
                <w:sz w:val="24"/>
              </w:rPr>
              <w:t>(Ký và ghi rõ họ tên)</w:t>
            </w:r>
          </w:p>
          <w:p w14:paraId="27837A4F" w14:textId="77777777" w:rsidR="009839EF" w:rsidRDefault="009839EF"/>
          <w:p w14:paraId="79F7FB31" w14:textId="77777777" w:rsidR="009839EF" w:rsidRDefault="009839EF"/>
          <w:p w14:paraId="396C867B" w14:textId="77777777" w:rsidR="009839EF" w:rsidRDefault="009839EF"/>
        </w:tc>
        <w:tc>
          <w:tcPr>
            <w:tcW w:w="3061" w:type="dxa"/>
          </w:tcPr>
          <w:p w14:paraId="136FE3F2" w14:textId="77777777" w:rsidR="009839EF" w:rsidRDefault="00000000">
            <w:pPr>
              <w:spacing w:after="0" w:line="240" w:lineRule="auto"/>
              <w:jc w:val="center"/>
            </w:pPr>
            <w:r>
              <w:rPr>
                <w:b/>
              </w:rPr>
              <w:t>LÃNH ĐẠO KHOA</w:t>
            </w:r>
          </w:p>
          <w:p w14:paraId="4688646D" w14:textId="77777777" w:rsidR="009839EF" w:rsidRDefault="00000000">
            <w:pPr>
              <w:jc w:val="center"/>
            </w:pPr>
            <w:r>
              <w:rPr>
                <w:i/>
                <w:sz w:val="24"/>
              </w:rPr>
              <w:t>(Ký và ghi rõ họ tên)</w:t>
            </w:r>
          </w:p>
          <w:p w14:paraId="79817532" w14:textId="77777777" w:rsidR="009839EF" w:rsidRDefault="009839EF"/>
          <w:p w14:paraId="767A09EE" w14:textId="77777777" w:rsidR="009839EF" w:rsidRDefault="009839EF"/>
          <w:p w14:paraId="42DBD896" w14:textId="77777777" w:rsidR="009839EF" w:rsidRDefault="009839EF"/>
        </w:tc>
      </w:tr>
    </w:tbl>
    <w:p w14:paraId="2995B4E6" w14:textId="77777777" w:rsidR="00BC7791" w:rsidRDefault="00BC7791"/>
    <w:sectPr w:rsidR="00BC7791" w:rsidSect="00034616">
      <w:pgSz w:w="11906" w:h="16838"/>
      <w:pgMar w:top="85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2083096">
    <w:abstractNumId w:val="8"/>
  </w:num>
  <w:num w:numId="2" w16cid:durableId="872155984">
    <w:abstractNumId w:val="6"/>
  </w:num>
  <w:num w:numId="3" w16cid:durableId="1683975210">
    <w:abstractNumId w:val="5"/>
  </w:num>
  <w:num w:numId="4" w16cid:durableId="382338145">
    <w:abstractNumId w:val="4"/>
  </w:num>
  <w:num w:numId="5" w16cid:durableId="4331611">
    <w:abstractNumId w:val="7"/>
  </w:num>
  <w:num w:numId="6" w16cid:durableId="809784233">
    <w:abstractNumId w:val="3"/>
  </w:num>
  <w:num w:numId="7" w16cid:durableId="755131467">
    <w:abstractNumId w:val="2"/>
  </w:num>
  <w:num w:numId="8" w16cid:durableId="655064837">
    <w:abstractNumId w:val="1"/>
  </w:num>
  <w:num w:numId="9" w16cid:durableId="183252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839EF"/>
    <w:rsid w:val="00AA1D8D"/>
    <w:rsid w:val="00B47730"/>
    <w:rsid w:val="00BC7791"/>
    <w:rsid w:val="00C040B1"/>
    <w:rsid w:val="00C70FC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21E0593"/>
  <w14:defaultImageDpi w14:val="300"/>
  <w15:docId w15:val="{4FEB944C-D6E1-4ECD-9293-35675BDD4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Đơn đề nghị thay đổi đề tài/GVHD KLTN</dc:title>
  <dc:subject/>
  <dc:creator>hothanhtho</dc:creator>
  <cp:keywords/>
  <dc:description>generated by python-docx</dc:description>
  <cp:lastModifiedBy>Ho Thanh Tho</cp:lastModifiedBy>
  <cp:revision>1</cp:revision>
  <dcterms:created xsi:type="dcterms:W3CDTF">2013-12-23T23:15:00Z</dcterms:created>
  <dcterms:modified xsi:type="dcterms:W3CDTF">2026-10-08T08:56:00Z</dcterms:modified>
  <cp:category/>
</cp:coreProperties>
</file>