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247"/>
      </w:tblGrid>
      <w:tr w:rsidR="00B837E2" w14:paraId="0349DDAE" w14:textId="77777777">
        <w:trPr>
          <w:jc w:val="right"/>
        </w:trPr>
        <w:tc>
          <w:tcPr>
            <w:tcW w:w="1247" w:type="dxa"/>
          </w:tcPr>
          <w:p w14:paraId="78A594C9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KL66a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4"/>
        <w:gridCol w:w="4717"/>
      </w:tblGrid>
      <w:tr w:rsidR="00B837E2" w14:paraId="28306E8B" w14:textId="77777777">
        <w:tc>
          <w:tcPr>
            <w:tcW w:w="4354" w:type="dxa"/>
          </w:tcPr>
          <w:p w14:paraId="43CA1D06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BỘ CÔNG THƯƠNG</w:t>
            </w:r>
          </w:p>
          <w:p w14:paraId="3BC84D98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TRƯỜNG ĐẠI HỌC CÔNG NGHIỆP TP.HCM</w:t>
            </w:r>
          </w:p>
          <w:p w14:paraId="0E55859B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KHOA CÔNG NGHỆ ĐỘNG LỰC</w:t>
            </w:r>
          </w:p>
        </w:tc>
        <w:tc>
          <w:tcPr>
            <w:tcW w:w="4717" w:type="dxa"/>
          </w:tcPr>
          <w:p w14:paraId="01F3466E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CỘNG HÒA XÃ HỘI CHỦ NGHĨA VIỆT NAM</w:t>
            </w:r>
          </w:p>
          <w:p w14:paraId="6CE1A97F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Độc lập – Tự do – Hạnh phúc</w:t>
            </w:r>
          </w:p>
        </w:tc>
      </w:tr>
    </w:tbl>
    <w:p w14:paraId="650D8936" w14:textId="77777777" w:rsidR="00B837E2" w:rsidRDefault="00B837E2">
      <w:pPr>
        <w:spacing w:after="40"/>
      </w:pPr>
    </w:p>
    <w:p w14:paraId="5355B7BB" w14:textId="77777777" w:rsidR="00B837E2" w:rsidRDefault="00000000">
      <w:pPr>
        <w:spacing w:after="120"/>
        <w:jc w:val="center"/>
      </w:pPr>
      <w:r>
        <w:rPr>
          <w:b/>
          <w:sz w:val="28"/>
        </w:rPr>
        <w:t>ĐƠN XIN GIA HẠN THỰC HIỆN KHÓA LUẬN TỐT NGHIỆP</w:t>
      </w:r>
    </w:p>
    <w:p w14:paraId="1A7655FB" w14:textId="77777777" w:rsidR="00B837E2" w:rsidRDefault="00000000">
      <w:pPr>
        <w:spacing w:after="120"/>
        <w:jc w:val="center"/>
      </w:pPr>
      <w:r>
        <w:t>Kính gửi: Lãnh đạo Khoa Công nghệ Động lực</w:t>
      </w:r>
    </w:p>
    <w:p w14:paraId="48CD37E1" w14:textId="77777777" w:rsidR="00B837E2" w:rsidRDefault="00000000">
      <w:pPr>
        <w:spacing w:after="40"/>
      </w:pPr>
      <w:r>
        <w:rPr>
          <w:b/>
        </w:rPr>
        <w:t>1. Sinh viên / nhóm sinh viên đề nghị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3118"/>
        <w:gridCol w:w="1474"/>
        <w:gridCol w:w="2098"/>
      </w:tblGrid>
      <w:tr w:rsidR="00B837E2" w14:paraId="60C33E4F" w14:textId="77777777">
        <w:tc>
          <w:tcPr>
            <w:tcW w:w="680" w:type="dxa"/>
            <w:shd w:val="clear" w:color="auto" w:fill="E7E6E6"/>
          </w:tcPr>
          <w:p w14:paraId="03E58756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STT</w:t>
            </w:r>
          </w:p>
        </w:tc>
        <w:tc>
          <w:tcPr>
            <w:tcW w:w="1701" w:type="dxa"/>
            <w:shd w:val="clear" w:color="auto" w:fill="E7E6E6"/>
          </w:tcPr>
          <w:p w14:paraId="1785A47E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Mã số sinh viên</w:t>
            </w:r>
          </w:p>
        </w:tc>
        <w:tc>
          <w:tcPr>
            <w:tcW w:w="3118" w:type="dxa"/>
            <w:shd w:val="clear" w:color="auto" w:fill="E7E6E6"/>
          </w:tcPr>
          <w:p w14:paraId="7D043CBA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Họ và tên</w:t>
            </w:r>
          </w:p>
        </w:tc>
        <w:tc>
          <w:tcPr>
            <w:tcW w:w="1474" w:type="dxa"/>
            <w:shd w:val="clear" w:color="auto" w:fill="E7E6E6"/>
          </w:tcPr>
          <w:p w14:paraId="269AAC4D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Lớp</w:t>
            </w:r>
          </w:p>
        </w:tc>
        <w:tc>
          <w:tcPr>
            <w:tcW w:w="2098" w:type="dxa"/>
            <w:shd w:val="clear" w:color="auto" w:fill="E7E6E6"/>
          </w:tcPr>
          <w:p w14:paraId="16D0BBD9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Điện thoại</w:t>
            </w:r>
          </w:p>
        </w:tc>
      </w:tr>
      <w:tr w:rsidR="00B837E2" w14:paraId="2A774A98" w14:textId="77777777">
        <w:tc>
          <w:tcPr>
            <w:tcW w:w="680" w:type="dxa"/>
          </w:tcPr>
          <w:p w14:paraId="3D3A4BAB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0075B957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3F53E665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10BA757B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5C39A4E2" w14:textId="77777777" w:rsidR="00B837E2" w:rsidRDefault="00B837E2">
            <w:pPr>
              <w:spacing w:after="0" w:line="240" w:lineRule="auto"/>
              <w:jc w:val="center"/>
            </w:pPr>
          </w:p>
        </w:tc>
      </w:tr>
      <w:tr w:rsidR="00B837E2" w14:paraId="17ECC001" w14:textId="77777777">
        <w:tc>
          <w:tcPr>
            <w:tcW w:w="680" w:type="dxa"/>
          </w:tcPr>
          <w:p w14:paraId="3D75708D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5D6BA810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061B5BA9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629820CF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012F8ACE" w14:textId="77777777" w:rsidR="00B837E2" w:rsidRDefault="00B837E2">
            <w:pPr>
              <w:spacing w:after="0" w:line="240" w:lineRule="auto"/>
              <w:jc w:val="center"/>
            </w:pPr>
          </w:p>
        </w:tc>
      </w:tr>
      <w:tr w:rsidR="00B837E2" w14:paraId="010A579A" w14:textId="77777777">
        <w:tc>
          <w:tcPr>
            <w:tcW w:w="680" w:type="dxa"/>
          </w:tcPr>
          <w:p w14:paraId="708E9E8F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2A65C222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1CD55D0F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405FBF99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34461E6F" w14:textId="77777777" w:rsidR="00B837E2" w:rsidRDefault="00B837E2">
            <w:pPr>
              <w:spacing w:after="0" w:line="240" w:lineRule="auto"/>
              <w:jc w:val="center"/>
            </w:pPr>
          </w:p>
        </w:tc>
      </w:tr>
      <w:tr w:rsidR="00B837E2" w14:paraId="205D06DE" w14:textId="77777777">
        <w:tc>
          <w:tcPr>
            <w:tcW w:w="680" w:type="dxa"/>
          </w:tcPr>
          <w:p w14:paraId="04CF692B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24024F45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07A7D555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4CAFC81A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0E9C61B5" w14:textId="77777777" w:rsidR="00B837E2" w:rsidRDefault="00B837E2">
            <w:pPr>
              <w:spacing w:after="0" w:line="240" w:lineRule="auto"/>
              <w:jc w:val="center"/>
            </w:pPr>
          </w:p>
        </w:tc>
      </w:tr>
      <w:tr w:rsidR="00B837E2" w14:paraId="4B9EBAC6" w14:textId="77777777">
        <w:tc>
          <w:tcPr>
            <w:tcW w:w="680" w:type="dxa"/>
          </w:tcPr>
          <w:p w14:paraId="2BDD2946" w14:textId="77777777" w:rsidR="00B837E2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5E8525DD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350A7B68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6E2D22BD" w14:textId="77777777" w:rsidR="00B837E2" w:rsidRDefault="00B837E2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549AA452" w14:textId="77777777" w:rsidR="00B837E2" w:rsidRDefault="00B837E2">
            <w:pPr>
              <w:spacing w:after="0" w:line="240" w:lineRule="auto"/>
              <w:jc w:val="center"/>
            </w:pPr>
          </w:p>
        </w:tc>
      </w:tr>
    </w:tbl>
    <w:p w14:paraId="237027BB" w14:textId="77777777" w:rsidR="00B837E2" w:rsidRDefault="00000000">
      <w:pPr>
        <w:spacing w:before="120" w:after="40"/>
      </w:pPr>
      <w:r>
        <w:rPr>
          <w:b/>
        </w:rPr>
        <w:t>2. Thông tin đề tài</w:t>
      </w:r>
    </w:p>
    <w:p w14:paraId="20B0F6B2" w14:textId="77777777" w:rsidR="00B837E2" w:rsidRDefault="00000000">
      <w:pPr>
        <w:tabs>
          <w:tab w:val="right" w:leader="dot" w:pos="9071"/>
        </w:tabs>
        <w:spacing w:after="40"/>
      </w:pPr>
      <w:r>
        <w:t xml:space="preserve">Mã đề tài: </w:t>
      </w:r>
      <w:r>
        <w:tab/>
      </w:r>
    </w:p>
    <w:p w14:paraId="3FF4C243" w14:textId="77777777" w:rsidR="00B837E2" w:rsidRDefault="00000000">
      <w:pPr>
        <w:tabs>
          <w:tab w:val="right" w:leader="dot" w:pos="9071"/>
        </w:tabs>
        <w:spacing w:after="40"/>
      </w:pPr>
      <w:r>
        <w:t xml:space="preserve">Tên đề tài: </w:t>
      </w:r>
      <w:r>
        <w:tab/>
      </w:r>
    </w:p>
    <w:p w14:paraId="2BCD55A3" w14:textId="77777777" w:rsidR="00B837E2" w:rsidRDefault="00000000">
      <w:pPr>
        <w:tabs>
          <w:tab w:val="right" w:leader="dot" w:pos="9071"/>
        </w:tabs>
        <w:spacing w:after="40"/>
      </w:pPr>
      <w:r>
        <w:tab/>
      </w:r>
    </w:p>
    <w:p w14:paraId="7F5B2B1F" w14:textId="77777777" w:rsidR="00B837E2" w:rsidRDefault="00000000">
      <w:pPr>
        <w:tabs>
          <w:tab w:val="right" w:leader="dot" w:pos="9071"/>
        </w:tabs>
        <w:spacing w:after="40"/>
      </w:pPr>
      <w:r>
        <w:t xml:space="preserve">Giảng viên hướng dẫn: </w:t>
      </w:r>
      <w:r>
        <w:tab/>
      </w:r>
    </w:p>
    <w:p w14:paraId="67924D74" w14:textId="77777777" w:rsidR="00B837E2" w:rsidRDefault="00000000">
      <w:pPr>
        <w:tabs>
          <w:tab w:val="right" w:leader="dot" w:pos="9071"/>
        </w:tabs>
        <w:spacing w:after="40"/>
      </w:pPr>
      <w:r>
        <w:t xml:space="preserve">Học kỳ / năm học / đợt: </w:t>
      </w:r>
      <w:r>
        <w:tab/>
      </w:r>
    </w:p>
    <w:p w14:paraId="72B24B75" w14:textId="77777777" w:rsidR="00B837E2" w:rsidRDefault="00000000">
      <w:pPr>
        <w:tabs>
          <w:tab w:val="right" w:leader="dot" w:pos="9071"/>
        </w:tabs>
        <w:spacing w:after="40"/>
      </w:pPr>
      <w:r>
        <w:t xml:space="preserve">Thời hạn nộp KLTN theo kế hoạch: </w:t>
      </w:r>
      <w:r>
        <w:tab/>
      </w:r>
    </w:p>
    <w:p w14:paraId="3D05AC0F" w14:textId="77777777" w:rsidR="00B837E2" w:rsidRDefault="00000000">
      <w:pPr>
        <w:spacing w:before="80" w:after="40"/>
      </w:pPr>
      <w:r>
        <w:rPr>
          <w:b/>
        </w:rPr>
        <w:t>3. Nội dung đề nghị</w:t>
      </w:r>
    </w:p>
    <w:p w14:paraId="1DA68C4D" w14:textId="77777777" w:rsidR="00B837E2" w:rsidRDefault="00000000">
      <w:pPr>
        <w:tabs>
          <w:tab w:val="right" w:leader="dot" w:pos="9071"/>
        </w:tabs>
        <w:spacing w:after="40"/>
      </w:pPr>
      <w:r>
        <w:t xml:space="preserve">Đề nghị được gia hạn đến ngày: </w:t>
      </w:r>
      <w:r>
        <w:tab/>
      </w:r>
    </w:p>
    <w:p w14:paraId="19611914" w14:textId="77777777" w:rsidR="00B837E2" w:rsidRDefault="00000000">
      <w:pPr>
        <w:tabs>
          <w:tab w:val="right" w:leader="dot" w:pos="9071"/>
        </w:tabs>
        <w:spacing w:after="40"/>
      </w:pPr>
      <w:r>
        <w:t xml:space="preserve">Khối lượng còn lại cần hoàn thành: </w:t>
      </w:r>
      <w:r>
        <w:tab/>
      </w:r>
    </w:p>
    <w:p w14:paraId="3D0BC319" w14:textId="77777777" w:rsidR="00B837E2" w:rsidRDefault="00000000">
      <w:pPr>
        <w:tabs>
          <w:tab w:val="right" w:leader="dot" w:pos="9071"/>
        </w:tabs>
        <w:spacing w:after="40"/>
      </w:pPr>
      <w:r>
        <w:tab/>
      </w:r>
    </w:p>
    <w:p w14:paraId="07485DB8" w14:textId="77777777" w:rsidR="00B837E2" w:rsidRDefault="00000000">
      <w:pPr>
        <w:spacing w:before="80" w:after="40"/>
      </w:pPr>
      <w:r>
        <w:rPr>
          <w:b/>
        </w:rPr>
        <w:t>4. Lý do chính đáng và minh chứng kèm theo</w:t>
      </w:r>
    </w:p>
    <w:p w14:paraId="7E4001D4" w14:textId="77777777" w:rsidR="00B837E2" w:rsidRDefault="00000000">
      <w:pPr>
        <w:tabs>
          <w:tab w:val="right" w:leader="dot" w:pos="9071"/>
        </w:tabs>
        <w:spacing w:after="40"/>
      </w:pPr>
      <w:r>
        <w:t xml:space="preserve">Lý do: </w:t>
      </w:r>
      <w:r>
        <w:tab/>
      </w:r>
    </w:p>
    <w:p w14:paraId="789325BD" w14:textId="77777777" w:rsidR="00B837E2" w:rsidRDefault="00000000">
      <w:pPr>
        <w:tabs>
          <w:tab w:val="right" w:leader="dot" w:pos="9071"/>
        </w:tabs>
        <w:spacing w:after="40"/>
      </w:pPr>
      <w:r>
        <w:tab/>
      </w:r>
    </w:p>
    <w:p w14:paraId="401BAA16" w14:textId="77777777" w:rsidR="00B837E2" w:rsidRDefault="00000000">
      <w:pPr>
        <w:tabs>
          <w:tab w:val="right" w:leader="dot" w:pos="9071"/>
        </w:tabs>
        <w:spacing w:after="40"/>
      </w:pPr>
      <w:r>
        <w:t xml:space="preserve">Minh chứng kèm theo (giấy xác nhận, giấy khám bệnh, văn bản liên quan…): </w:t>
      </w:r>
      <w:r>
        <w:tab/>
      </w:r>
    </w:p>
    <w:p w14:paraId="0058F386" w14:textId="77777777" w:rsidR="00B837E2" w:rsidRDefault="00000000">
      <w:pPr>
        <w:tabs>
          <w:tab w:val="right" w:leader="dot" w:pos="9071"/>
        </w:tabs>
        <w:spacing w:after="40"/>
      </w:pPr>
      <w:r>
        <w:tab/>
      </w:r>
    </w:p>
    <w:p w14:paraId="6F8313E0" w14:textId="77777777" w:rsidR="00B837E2" w:rsidRDefault="00000000">
      <w:pPr>
        <w:spacing w:before="80" w:after="40"/>
        <w:jc w:val="both"/>
      </w:pPr>
      <w:r>
        <w:rPr>
          <w:b/>
        </w:rPr>
        <w:t>5. Cam kết:</w:t>
      </w:r>
      <w:r>
        <w:t xml:space="preserve"> sinh viên tập trung hoàn thành KLTN trong thời gian được gia hạn và thực hiện đầy đủ nghĩa vụ tài chính phát sinh (nếu có).</w:t>
      </w:r>
    </w:p>
    <w:p w14:paraId="129E5B0F" w14:textId="77777777" w:rsidR="00B837E2" w:rsidRDefault="00000000">
      <w:pPr>
        <w:jc w:val="both"/>
      </w:pPr>
      <w:r>
        <w:rPr>
          <w:i/>
        </w:rPr>
        <w:t>Căn cứ Điều 20 Quyết định số 3920/QĐ-ĐHCN ngày 09/12/2025: gia hạn chỉ được xem xét khi có lý do chính đáng, được GVHD đồng ý và chỉ được gia hạn 01 lần; Lãnh đạo Khoa quyết định thời gian gia hạn; minh chứng được lưu trong hồ sơ.</w:t>
      </w:r>
    </w:p>
    <w:p w14:paraId="601818DA" w14:textId="77777777" w:rsidR="00B837E2" w:rsidRDefault="00000000">
      <w:pPr>
        <w:spacing w:before="80"/>
        <w:jc w:val="right"/>
      </w:pPr>
      <w:r>
        <w:rPr>
          <w:i/>
        </w:rPr>
        <w:t>TP. Hồ Chí Minh, ngày …… tháng …… năm ……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B837E2" w14:paraId="773B6C0E" w14:textId="77777777">
        <w:tc>
          <w:tcPr>
            <w:tcW w:w="4535" w:type="dxa"/>
          </w:tcPr>
          <w:p w14:paraId="177E4B33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Ý KIẾN GVHD</w:t>
            </w:r>
          </w:p>
          <w:p w14:paraId="63179B7F" w14:textId="77777777" w:rsidR="00B837E2" w:rsidRDefault="00000000">
            <w:pPr>
              <w:jc w:val="center"/>
            </w:pPr>
            <w:r>
              <w:rPr>
                <w:i/>
                <w:sz w:val="24"/>
              </w:rPr>
              <w:t>(Đồng ý / Không đồng ý; ký và ghi rõ họ tên)</w:t>
            </w:r>
          </w:p>
          <w:p w14:paraId="1BB54B47" w14:textId="77777777" w:rsidR="00B837E2" w:rsidRDefault="00B837E2"/>
          <w:p w14:paraId="1515AB1A" w14:textId="77777777" w:rsidR="00B837E2" w:rsidRDefault="00B837E2"/>
          <w:p w14:paraId="7B51C2C8" w14:textId="77777777" w:rsidR="00B837E2" w:rsidRDefault="00B837E2"/>
        </w:tc>
        <w:tc>
          <w:tcPr>
            <w:tcW w:w="4535" w:type="dxa"/>
          </w:tcPr>
          <w:p w14:paraId="0AAA77A8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SINH VIÊN ĐẠI DIỆN</w:t>
            </w:r>
          </w:p>
          <w:p w14:paraId="48BD2B64" w14:textId="77777777" w:rsidR="00B837E2" w:rsidRDefault="00000000">
            <w:pPr>
              <w:jc w:val="center"/>
            </w:pPr>
            <w:r>
              <w:rPr>
                <w:i/>
                <w:sz w:val="24"/>
              </w:rPr>
              <w:t>(Đồng ý / Không đồng ý; ký và ghi rõ họ tên)</w:t>
            </w:r>
          </w:p>
          <w:p w14:paraId="1C36807C" w14:textId="77777777" w:rsidR="00B837E2" w:rsidRDefault="00B837E2"/>
          <w:p w14:paraId="71EBD0C3" w14:textId="77777777" w:rsidR="00B837E2" w:rsidRDefault="00B837E2"/>
          <w:p w14:paraId="7EB4C01F" w14:textId="77777777" w:rsidR="00B837E2" w:rsidRDefault="00B837E2"/>
        </w:tc>
      </w:tr>
    </w:tbl>
    <w:p w14:paraId="3DAD4C99" w14:textId="77777777" w:rsidR="00B837E2" w:rsidRDefault="00B837E2">
      <w:pPr>
        <w:spacing w:after="40"/>
      </w:pPr>
    </w:p>
    <w:p w14:paraId="3C6058A2" w14:textId="77777777" w:rsidR="00B837E2" w:rsidRDefault="00000000">
      <w:pPr>
        <w:spacing w:after="120"/>
      </w:pPr>
      <w:r>
        <w:rPr>
          <w:b/>
        </w:rPr>
        <w:t>Quyết định của Lãnh đạo Khoa:</w:t>
      </w:r>
      <w:r>
        <w:t xml:space="preserve"> ☐ Đồng ý gia hạn đến ngày …… /…… /……   ☐ Không đồng 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B837E2" w14:paraId="421E786E" w14:textId="77777777">
        <w:tc>
          <w:tcPr>
            <w:tcW w:w="4535" w:type="dxa"/>
          </w:tcPr>
          <w:p w14:paraId="57350A87" w14:textId="77777777" w:rsidR="00B837E2" w:rsidRDefault="00B837E2">
            <w:pPr>
              <w:spacing w:after="0" w:line="240" w:lineRule="auto"/>
              <w:jc w:val="center"/>
            </w:pPr>
          </w:p>
          <w:p w14:paraId="28E1C86B" w14:textId="77777777" w:rsidR="00B837E2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78D26F82" w14:textId="77777777" w:rsidR="00B837E2" w:rsidRDefault="00B837E2"/>
          <w:p w14:paraId="3C0CC8BC" w14:textId="77777777" w:rsidR="00B837E2" w:rsidRDefault="00B837E2"/>
          <w:p w14:paraId="517DAD89" w14:textId="77777777" w:rsidR="00B837E2" w:rsidRDefault="00B837E2"/>
        </w:tc>
        <w:tc>
          <w:tcPr>
            <w:tcW w:w="4535" w:type="dxa"/>
          </w:tcPr>
          <w:p w14:paraId="5D77476B" w14:textId="77777777" w:rsidR="00B837E2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LÃNH ĐẠO KHOA</w:t>
            </w:r>
          </w:p>
          <w:p w14:paraId="43FBCE3B" w14:textId="77777777" w:rsidR="00B837E2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2E2378AA" w14:textId="77777777" w:rsidR="00B837E2" w:rsidRDefault="00B837E2"/>
          <w:p w14:paraId="21D8D352" w14:textId="77777777" w:rsidR="00B837E2" w:rsidRDefault="00B837E2"/>
          <w:p w14:paraId="162FC829" w14:textId="77777777" w:rsidR="00B837E2" w:rsidRDefault="00B837E2"/>
        </w:tc>
      </w:tr>
    </w:tbl>
    <w:p w14:paraId="25FEDBE5" w14:textId="77777777" w:rsidR="00D62E06" w:rsidRDefault="00D62E06"/>
    <w:sectPr w:rsidR="00D62E06" w:rsidSect="00034616"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9886004">
    <w:abstractNumId w:val="8"/>
  </w:num>
  <w:num w:numId="2" w16cid:durableId="819542544">
    <w:abstractNumId w:val="6"/>
  </w:num>
  <w:num w:numId="3" w16cid:durableId="1082333685">
    <w:abstractNumId w:val="5"/>
  </w:num>
  <w:num w:numId="4" w16cid:durableId="787630107">
    <w:abstractNumId w:val="4"/>
  </w:num>
  <w:num w:numId="5" w16cid:durableId="289945646">
    <w:abstractNumId w:val="7"/>
  </w:num>
  <w:num w:numId="6" w16cid:durableId="1878466128">
    <w:abstractNumId w:val="3"/>
  </w:num>
  <w:num w:numId="7" w16cid:durableId="687174830">
    <w:abstractNumId w:val="2"/>
  </w:num>
  <w:num w:numId="8" w16cid:durableId="1583175609">
    <w:abstractNumId w:val="1"/>
  </w:num>
  <w:num w:numId="9" w16cid:durableId="118328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53DC"/>
    <w:rsid w:val="00AA1D8D"/>
    <w:rsid w:val="00B47730"/>
    <w:rsid w:val="00B837E2"/>
    <w:rsid w:val="00C70FC6"/>
    <w:rsid w:val="00CB0664"/>
    <w:rsid w:val="00D62E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5A82825"/>
  <w14:defaultImageDpi w14:val="300"/>
  <w15:docId w15:val="{4FEB944C-D6E1-4ECD-9293-35675BDD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Đơn xin gia hạn thực hiện KLTN</dc:title>
  <dc:subject/>
  <dc:creator>hothanhtho</dc:creator>
  <cp:keywords/>
  <dc:description>generated by python-docx</dc:description>
  <cp:lastModifiedBy>Ho Thanh Tho</cp:lastModifiedBy>
  <cp:revision>1</cp:revision>
  <dcterms:created xsi:type="dcterms:W3CDTF">2013-12-23T23:15:00Z</dcterms:created>
  <dcterms:modified xsi:type="dcterms:W3CDTF">2026-10-08T08:57:00Z</dcterms:modified>
  <cp:category/>
</cp:coreProperties>
</file>